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FORMATEUR PRO · 01 / 18</w:t>
      </w:r>
    </w:p>
    <w:p>
      <w:pPr>
        <w:pStyle w:val="Heading1"/>
      </w:pPr>
      <w:r>
        <w:t>Votre support de formation</w:t>
      </w:r>
    </w:p>
    <w:p>
      <w:r>
        <w:t>Une trame pour passer de votre expertise à une séance que les participants peuvent suivre, pratiquer et évaluer.</w:t>
      </w:r>
    </w:p>
    <w:p>
      <w:pPr>
        <w:pStyle w:val="ListBullet"/>
      </w:pPr>
      <w:r>
        <w:t>Renseignez le titre, le public et la version du support.</w:t>
      </w:r>
    </w:p>
    <w:p>
      <w:pPr>
        <w:pStyle w:val="ListBullet"/>
      </w:pPr>
      <w:r>
        <w:t>Adaptez les consignes et les exercices à votre métier avant diffusion.</w:t>
      </w:r>
    </w:p>
    <w:p>
      <w:pPr>
        <w:pStyle w:val="ListBullet"/>
      </w:pPr>
      <w:r>
        <w:t>Dupliquez les fiches de séquence et d’activité autant que nécessaire.</w:t>
      </w:r>
    </w:p>
    <w:p>
      <w:pPr>
        <w:pStyle w:val="Heading3"/>
      </w:pPr>
      <w:r>
        <w:t>Titre de la formation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Organisme / formateur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Public et modalités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Date / version</w:t>
      </w:r>
    </w:p>
    <w:p>
      <w:r>
        <w:t>....................................................................................................</w:t>
      </w:r>
    </w:p>
    <w:p>
      <w:r>
        <w:t>Fil rouge fictif : une séance pour apprendre à rédiger une réponse claire à une demande client. Les exemples illustrent une méthode pédagogique ; ils ne relatent pas une mission Formateur Pro.</w:t>
      </w:r>
    </w:p>
    <w:p>
      <w:r>
        <w:br w:type="page"/>
      </w:r>
    </w:p>
    <w:p>
      <w:pPr>
        <w:pStyle w:val="Subtitle"/>
      </w:pPr>
      <w:r>
        <w:t>FORMATEUR PRO · 02 / 18</w:t>
      </w:r>
    </w:p>
    <w:p>
      <w:pPr>
        <w:pStyle w:val="Heading1"/>
      </w:pPr>
      <w:r>
        <w:t>Avant de commencer</w:t>
      </w:r>
    </w:p>
    <w:p>
      <w:r>
        <w:t>Vous avez probablement déjà des notes, des slides et beaucoup de choses à transmettre. Commencez par ce que le participant devra réussir à faire.</w:t>
      </w:r>
    </w:p>
    <w:p>
      <w:pPr>
        <w:pStyle w:val="ListBullet"/>
      </w:pPr>
      <w:r>
        <w:t>Complétez d’abord les pages 3 à 6 : besoin, objectif, point de départ et progression.</w:t>
      </w:r>
    </w:p>
    <w:p>
      <w:pPr>
        <w:pStyle w:val="ListBullet"/>
      </w:pPr>
      <w:r>
        <w:t>Préparez ensuite les apports et les activités, puis vérifiez que l’évaluation mesure bien l’objectif.</w:t>
      </w:r>
    </w:p>
    <w:p>
      <w:pPr>
        <w:pStyle w:val="ListBullet"/>
      </w:pPr>
      <w:r>
        <w:t>Conservez une version formateur avec les corrigés et une version participant sans les réponses.</w:t>
      </w:r>
    </w:p>
    <w:p>
      <w:pPr>
        <w:pStyle w:val="Heading3"/>
      </w:pPr>
      <w:r>
        <w:t>Ce que je souhaite rendre possible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Ce qui est hors sujet pour cette séance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Les supports existants à réutiliser</w:t>
      </w:r>
    </w:p>
    <w:p>
      <w:r>
        <w:t>....................................................................................................</w:t>
      </w:r>
    </w:p>
    <w:p>
      <w:r>
        <w:t>Ce document est un outil pédagogique à personnaliser. Il ne constitue ni une certification, ni une preuve que vos pratiques répondent à toutes les exigences Qualiopi.</w:t>
      </w:r>
    </w:p>
    <w:p>
      <w:r>
        <w:br w:type="page"/>
      </w:r>
    </w:p>
    <w:p>
      <w:pPr>
        <w:pStyle w:val="Subtitle"/>
      </w:pPr>
      <w:r>
        <w:t>FORMATEUR PRO · 03 / 18</w:t>
      </w:r>
    </w:p>
    <w:p>
      <w:pPr>
        <w:pStyle w:val="Heading1"/>
      </w:pPr>
      <w:r>
        <w:t>Le besoin du participant</w:t>
      </w:r>
    </w:p>
    <w:p>
      <w:r>
        <w:t>Décrivez une situation de travail réelle. Une attente précise aide à choisir ce qui mérite une place dans le support.</w:t>
      </w:r>
    </w:p>
    <w:p>
      <w:pPr>
        <w:pStyle w:val="ListBullet"/>
      </w:pPr>
      <w:r>
        <w:t>Notez la tâche que le participant effectue aujourd’hui et la difficulté rencontrée.</w:t>
      </w:r>
    </w:p>
    <w:p>
      <w:pPr>
        <w:pStyle w:val="ListBullet"/>
      </w:pPr>
      <w:r>
        <w:t>Précisez les connaissances utiles pour démarrer et les contraintes matérielles.</w:t>
      </w:r>
    </w:p>
    <w:p>
      <w:pPr>
        <w:pStyle w:val="ListBullet"/>
      </w:pPr>
      <w:r>
        <w:t>Prévoyez comment recueillir les besoins d’adaptation avec les personnes concernées.</w:t>
      </w:r>
    </w:p>
    <w:p>
      <w:pPr>
        <w:pStyle w:val="Heading3"/>
      </w:pPr>
      <w:r>
        <w:t>Situation de travail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Difficulté actuelle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Acquis nécessaires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Contraintes / adaptations à prévoir</w:t>
      </w:r>
    </w:p>
    <w:p>
      <w:r>
        <w:t>....................................................................................................</w:t>
      </w:r>
    </w:p>
    <w:p>
      <w:r>
        <w:t>Exemple fictif : le participant répond à des demandes par email, mais oublie parfois de préciser la prochaine étape attendue du client.</w:t>
      </w:r>
    </w:p>
    <w:p>
      <w:r>
        <w:br w:type="page"/>
      </w:r>
    </w:p>
    <w:p>
      <w:pPr>
        <w:pStyle w:val="Subtitle"/>
      </w:pPr>
      <w:r>
        <w:t>FORMATEUR PRO · 04 / 18</w:t>
      </w:r>
    </w:p>
    <w:p>
      <w:pPr>
        <w:pStyle w:val="Heading1"/>
      </w:pPr>
      <w:r>
        <w:t>Un objectif observable</w:t>
      </w:r>
    </w:p>
    <w:p>
      <w:r>
        <w:t>Écrivez un objectif que vous pourrez vérifier au terme de l’activité.</w:t>
      </w:r>
    </w:p>
    <w:p>
      <w:pPr>
        <w:pStyle w:val="ListBullet"/>
      </w:pPr>
      <w:r>
        <w:t>Choisissez un verbe d’action : rédiger, calculer, identifier, réaliser, comparer.</w:t>
      </w:r>
    </w:p>
    <w:p>
      <w:pPr>
        <w:pStyle w:val="ListBullet"/>
      </w:pPr>
      <w:r>
        <w:t>Ajoutez le contexte de réalisation : document, matériel, consigne ou situation.</w:t>
      </w:r>
    </w:p>
    <w:p>
      <w:pPr>
        <w:pStyle w:val="ListBullet"/>
      </w:pPr>
      <w:r>
        <w:t>Définissez les critères qui permettront d’observer la réussite.</w:t>
      </w:r>
    </w:p>
    <w:p>
      <w:pPr>
        <w:pStyle w:val="Heading3"/>
      </w:pPr>
      <w:r>
        <w:t>À l’issue de la séance, le participant pourra…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Dans les conditions suivantes…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La réalisation sera examinée selon…</w:t>
      </w:r>
    </w:p>
    <w:p>
      <w:r>
        <w:t>....................................................................................................</w:t>
      </w:r>
    </w:p>
    <w:p>
      <w:r>
        <w:t>Exemple fictif : rédiger une réponse à une demande client à partir d’un brief, en répondant à la demande, en annonçant la prochaine étape et en utilisant un ton adapté.</w:t>
      </w:r>
    </w:p>
    <w:p>
      <w:r>
        <w:br w:type="page"/>
      </w:r>
    </w:p>
    <w:p>
      <w:pPr>
        <w:pStyle w:val="Subtitle"/>
      </w:pPr>
      <w:r>
        <w:t>FORMATEUR PRO · 05 / 18</w:t>
      </w:r>
    </w:p>
    <w:p>
      <w:pPr>
        <w:pStyle w:val="Heading1"/>
      </w:pPr>
      <w:r>
        <w:t>Le point de départ</w:t>
      </w:r>
    </w:p>
    <w:p>
      <w:r>
        <w:t>Repérez ce que chacun sait déjà faire. Vous pourrez ajuster vos explications et vos exercices.</w:t>
      </w:r>
    </w:p>
    <w:p>
      <w:pPr>
        <w:pStyle w:val="ListBullet"/>
      </w:pPr>
      <w:r>
        <w:t>Proposez une courte situation ou une question en lien avec l’objectif.</w:t>
      </w:r>
    </w:p>
    <w:p>
      <w:pPr>
        <w:pStyle w:val="ListBullet"/>
      </w:pPr>
      <w:r>
        <w:t>Annoncez que ce point de départ sert à adapter la séance.</w:t>
      </w:r>
    </w:p>
    <w:p>
      <w:pPr>
        <w:pStyle w:val="ListBullet"/>
      </w:pPr>
      <w:r>
        <w:t>Notez les difficultés observées sans réduire une personne à un score.</w:t>
      </w:r>
    </w:p>
    <w:p>
      <w:pPr>
        <w:pStyle w:val="Heading3"/>
      </w:pPr>
      <w:r>
        <w:t>Question ou tâche proposée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Réponse / production du participant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Points déjà maîtrisés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Ajustement prévu</w:t>
      </w:r>
    </w:p>
    <w:p>
      <w:r>
        <w:t>....................................................................................................</w:t>
      </w:r>
    </w:p>
    <w:p>
      <w:r>
        <w:t>Exemple fictif : demander au participant d’écrire une première réponse courte, puis relever les informations présentes et celles qui manquent.</w:t>
      </w:r>
    </w:p>
    <w:p>
      <w:r>
        <w:br w:type="page"/>
      </w:r>
    </w:p>
    <w:p>
      <w:pPr>
        <w:pStyle w:val="Subtitle"/>
      </w:pPr>
      <w:r>
        <w:t>FORMATEUR PRO · 06 / 18</w:t>
      </w:r>
    </w:p>
    <w:p>
      <w:pPr>
        <w:pStyle w:val="Heading1"/>
      </w:pPr>
      <w:r>
        <w:t>La progression de la séance</w:t>
      </w:r>
    </w:p>
    <w:p>
      <w:r>
        <w:t>Chaque séquence doit aider à franchir une étape. Prévoyez du temps pour essayer et recevoir un retour.</w:t>
      </w:r>
    </w:p>
    <w:p>
      <w:pPr>
        <w:pStyle w:val="ListBullet"/>
      </w:pPr>
      <w:r>
        <w:t>Ordre possible : situation de départ, apport, démonstration, pratique, retour, évaluation.</w:t>
      </w:r>
    </w:p>
    <w:p>
      <w:pPr>
        <w:pStyle w:val="ListBullet"/>
      </w:pPr>
      <w:r>
        <w:t>Attribuez une durée réaliste à chaque séquence et prévoyez les pauses utiles.</w:t>
      </w:r>
    </w:p>
    <w:p>
      <w:pPr>
        <w:pStyle w:val="ListBullet"/>
      </w:pPr>
      <w:r>
        <w:t>Vérifiez que la durée totale correspond au format annoncé.</w:t>
      </w:r>
    </w:p>
    <w:p>
      <w:pPr>
        <w:pStyle w:val="Heading3"/>
      </w:pPr>
      <w:r>
        <w:t>Séquence / objectif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Activité du participant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Durée prévue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Support / trace attendue</w:t>
      </w:r>
    </w:p>
    <w:p>
      <w:r>
        <w:t>....................................................................................................</w:t>
      </w:r>
    </w:p>
    <w:p>
      <w:r>
        <w:t>La durée dépend de votre public et de la difficulté. Cette trame ne fixe pas de durée universelle ni de proportion obligatoire entre théorie et pratique.</w:t>
      </w:r>
    </w:p>
    <w:p>
      <w:r>
        <w:br w:type="page"/>
      </w:r>
    </w:p>
    <w:p>
      <w:pPr>
        <w:pStyle w:val="Subtitle"/>
      </w:pPr>
      <w:r>
        <w:t>FORMATEUR PRO · 07 / 18</w:t>
      </w:r>
    </w:p>
    <w:p>
      <w:pPr>
        <w:pStyle w:val="Heading1"/>
      </w:pPr>
      <w:r>
        <w:t>Ouvrir la séance</w:t>
      </w:r>
    </w:p>
    <w:p>
      <w:r>
        <w:t>Donnez aux participants des repères pour savoir où ils vont et comment ils vont travailler.</w:t>
      </w:r>
    </w:p>
    <w:p>
      <w:pPr>
        <w:pStyle w:val="ListBullet"/>
      </w:pPr>
      <w:r>
        <w:t>Présentez l’objectif et une situation dans laquelle il sera utile.</w:t>
      </w:r>
    </w:p>
    <w:p>
      <w:pPr>
        <w:pStyle w:val="ListBullet"/>
      </w:pPr>
      <w:r>
        <w:t>Expliquez le déroulé, les modalités de participation et les règles de travail.</w:t>
      </w:r>
    </w:p>
    <w:p>
      <w:pPr>
        <w:pStyle w:val="ListBullet"/>
      </w:pPr>
      <w:r>
        <w:t>Invitez les participants à formuler une attente liée au sujet.</w:t>
      </w:r>
    </w:p>
    <w:p>
      <w:pPr>
        <w:pStyle w:val="Heading3"/>
      </w:pPr>
      <w:r>
        <w:t>Phrase d’ouverture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Objectif présenté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Consignes de participation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Attente à prendre en compte</w:t>
      </w:r>
    </w:p>
    <w:p>
      <w:r>
        <w:t>....................................................................................................</w:t>
      </w:r>
    </w:p>
    <w:p>
      <w:r>
        <w:t>Exemple fictif : « Nous allons travailler sur vos réponses aux demandes clients. À la fin, vous aurez rédigé une réponse et vous saurez la relire avec trois critères. »</w:t>
      </w:r>
    </w:p>
    <w:p>
      <w:r>
        <w:br w:type="page"/>
      </w:r>
    </w:p>
    <w:p>
      <w:pPr>
        <w:pStyle w:val="Subtitle"/>
      </w:pPr>
      <w:r>
        <w:t>FORMATEUR PRO · 08 / 18</w:t>
      </w:r>
    </w:p>
    <w:p>
      <w:pPr>
        <w:pStyle w:val="Heading1"/>
      </w:pPr>
      <w:r>
        <w:t>Un apport utile</w:t>
      </w:r>
    </w:p>
    <w:p>
      <w:r>
        <w:t>Gardez les informations dont le participant a besoin pour agir pendant l’exercice.</w:t>
      </w:r>
    </w:p>
    <w:p>
      <w:pPr>
        <w:pStyle w:val="ListBullet"/>
      </w:pPr>
      <w:r>
        <w:t>Donnez une idée centrale par bloc et définissez les termes nouveaux.</w:t>
      </w:r>
    </w:p>
    <w:p>
      <w:pPr>
        <w:pStyle w:val="ListBullet"/>
      </w:pPr>
      <w:r>
        <w:t>Associez cette idée à un exemple concret et à une erreur possible.</w:t>
      </w:r>
    </w:p>
    <w:p>
      <w:pPr>
        <w:pStyle w:val="ListBullet"/>
      </w:pPr>
      <w:r>
        <w:t>Indiquez la source si vous utilisez une donnée ou une règle extérieure.</w:t>
      </w:r>
    </w:p>
    <w:p>
      <w:pPr>
        <w:pStyle w:val="Heading3"/>
      </w:pPr>
      <w:r>
        <w:t>Idée à retenir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Explication simple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Exemple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Source / date, si nécessaire</w:t>
      </w:r>
    </w:p>
    <w:p>
      <w:r>
        <w:t>....................................................................................................</w:t>
      </w:r>
    </w:p>
    <w:p>
      <w:r>
        <w:t>Exemple fictif : une réponse client indique ce qui a été compris, ce qui est proposé et ce qui doit se passer ensuite. Adaptez cette logique au contexte de communication.</w:t>
      </w:r>
    </w:p>
    <w:p>
      <w:r>
        <w:br w:type="page"/>
      </w:r>
    </w:p>
    <w:p>
      <w:pPr>
        <w:pStyle w:val="Subtitle"/>
      </w:pPr>
      <w:r>
        <w:t>FORMATEUR PRO · 09 / 18</w:t>
      </w:r>
    </w:p>
    <w:p>
      <w:pPr>
        <w:pStyle w:val="Heading1"/>
      </w:pPr>
      <w:r>
        <w:t>Montrer le geste ou le raisonnement</w:t>
      </w:r>
    </w:p>
    <w:p>
      <w:r>
        <w:t>Une démonstration permet de rendre visibles les décisions que vous prenez habituellement sans les expliquer.</w:t>
      </w:r>
    </w:p>
    <w:p>
      <w:pPr>
        <w:pStyle w:val="ListBullet"/>
      </w:pPr>
      <w:r>
        <w:t>Présentez la situation et les informations disponibles.</w:t>
      </w:r>
    </w:p>
    <w:p>
      <w:pPr>
        <w:pStyle w:val="ListBullet"/>
      </w:pPr>
      <w:r>
        <w:t>Montrez les étapes en expliquant vos choix.</w:t>
      </w:r>
    </w:p>
    <w:p>
      <w:pPr>
        <w:pStyle w:val="ListBullet"/>
      </w:pPr>
      <w:r>
        <w:t>Faites repérer les critères de qualité avant de proposer l’essai.</w:t>
      </w:r>
    </w:p>
    <w:p>
      <w:pPr>
        <w:pStyle w:val="Heading3"/>
      </w:pPr>
      <w:r>
        <w:t>Situation de démonstration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Étapes montrées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Choix expliqués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Critères à observer</w:t>
      </w:r>
    </w:p>
    <w:p>
      <w:r>
        <w:t>....................................................................................................</w:t>
      </w:r>
    </w:p>
    <w:p>
      <w:r>
        <w:t>Exemple fictif : sur un email inventé, surligner la demande, rédiger la réponse puis vérifier si la prochaine étape est compréhensible.</w:t>
      </w:r>
    </w:p>
    <w:p>
      <w:r>
        <w:br w:type="page"/>
      </w:r>
    </w:p>
    <w:p>
      <w:pPr>
        <w:pStyle w:val="Subtitle"/>
      </w:pPr>
      <w:r>
        <w:t>FORMATEUR PRO · 10 / 18</w:t>
      </w:r>
    </w:p>
    <w:p>
      <w:pPr>
        <w:pStyle w:val="Heading1"/>
      </w:pPr>
      <w:r>
        <w:t>Fiche activité</w:t>
      </w:r>
    </w:p>
    <w:p>
      <w:r>
        <w:t>Le participant doit savoir ce qu’il doit produire, avec quelles ressources et pour quel retour.</w:t>
      </w:r>
    </w:p>
    <w:p>
      <w:pPr>
        <w:pStyle w:val="ListBullet"/>
      </w:pPr>
      <w:r>
        <w:t>Présentez une consigne qui commence par une action.</w:t>
      </w:r>
    </w:p>
    <w:p>
      <w:pPr>
        <w:pStyle w:val="ListBullet"/>
      </w:pPr>
      <w:r>
        <w:t>Précisez la durée, les ressources autorisées et le mode de travail.</w:t>
      </w:r>
    </w:p>
    <w:p>
      <w:pPr>
        <w:pStyle w:val="ListBullet"/>
      </w:pPr>
      <w:r>
        <w:t>Expliquez ce qui sera observé et comment le retour sera donné.</w:t>
      </w:r>
    </w:p>
    <w:p>
      <w:pPr>
        <w:pStyle w:val="Heading3"/>
      </w:pPr>
      <w:r>
        <w:t>Consigne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Ressources / matériel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Durée / individuel ou groupe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Production attendue / critères</w:t>
      </w:r>
    </w:p>
    <w:p>
      <w:r>
        <w:t>....................................................................................................</w:t>
      </w:r>
    </w:p>
    <w:p>
      <w:r>
        <w:t>Exemple fictif : à partir d’une demande inventée, rédigez une réponse comprenant une réponse à la question et une prochaine étape explicite. Relisez-la à l’aide de la grille fournie.</w:t>
      </w:r>
    </w:p>
    <w:p>
      <w:r>
        <w:br w:type="page"/>
      </w:r>
    </w:p>
    <w:p>
      <w:pPr>
        <w:pStyle w:val="Subtitle"/>
      </w:pPr>
      <w:r>
        <w:t>FORMATEUR PRO · 11 / 18</w:t>
      </w:r>
    </w:p>
    <w:p>
      <w:pPr>
        <w:pStyle w:val="Heading1"/>
      </w:pPr>
      <w:r>
        <w:t>Espace de réalisation</w:t>
      </w:r>
    </w:p>
    <w:p>
      <w:r>
        <w:t>Réservez de la place pour produire, annoter ou préparer une réponse. Adaptez cet espace au type de tâche.</w:t>
      </w:r>
    </w:p>
    <w:p>
      <w:pPr>
        <w:pStyle w:val="ListBullet"/>
      </w:pPr>
      <w:r>
        <w:t>Écrivez ici la consigne finale destinée au participant.</w:t>
      </w:r>
    </w:p>
    <w:p>
      <w:pPr>
        <w:pStyle w:val="ListBullet"/>
      </w:pPr>
      <w:r>
        <w:t>Prévoyez un emplacement pour les calculs, le texte, le schéma ou l’observation.</w:t>
      </w:r>
    </w:p>
    <w:p>
      <w:pPr>
        <w:pStyle w:val="ListBullet"/>
      </w:pPr>
      <w:r>
        <w:t>Indiquez où remettre la production si elle est réalisée dans un autre outil.</w:t>
      </w:r>
    </w:p>
    <w:p>
      <w:pPr>
        <w:pStyle w:val="Heading3"/>
      </w:pPr>
      <w:r>
        <w:t>Ma réalisation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Les choix que j’ai faits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Le point sur lequel je souhaite un retour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Lien / emplacement de la production</w:t>
      </w:r>
    </w:p>
    <w:p>
      <w:r>
        <w:t>....................................................................................................</w:t>
      </w:r>
    </w:p>
    <w:p>
      <w:r>
        <w:t>En pratique à distance, vérifiez avant la séance que le participant peut ouvrir, modifier et remettre le document. Proposez une alternative accessible si nécessaire.</w:t>
      </w:r>
    </w:p>
    <w:p>
      <w:r>
        <w:br w:type="page"/>
      </w:r>
    </w:p>
    <w:p>
      <w:pPr>
        <w:pStyle w:val="Subtitle"/>
      </w:pPr>
      <w:r>
        <w:t>FORMATEUR PRO · 12 / 18</w:t>
      </w:r>
    </w:p>
    <w:p>
      <w:pPr>
        <w:pStyle w:val="Heading1"/>
      </w:pPr>
      <w:r>
        <w:t>Corrigé et critères de retour</w:t>
      </w:r>
    </w:p>
    <w:p>
      <w:r>
        <w:t>Cette fiche est destinée au formateur. Le corrigé explique le raisonnement, pas seulement la réponse attendue.</w:t>
      </w:r>
    </w:p>
    <w:p>
      <w:pPr>
        <w:pStyle w:val="ListBullet"/>
      </w:pPr>
      <w:r>
        <w:t>Décrivez une réalisation possible et les critères indispensables.</w:t>
      </w:r>
    </w:p>
    <w:p>
      <w:pPr>
        <w:pStyle w:val="ListBullet"/>
      </w:pPr>
      <w:r>
        <w:t>Distinguez les variantes acceptables des erreurs qui empêchent de réussir la tâche.</w:t>
      </w:r>
    </w:p>
    <w:p>
      <w:pPr>
        <w:pStyle w:val="ListBullet"/>
      </w:pPr>
      <w:r>
        <w:t>Préparez une question qui aide le participant à corriger lui-même sa production.</w:t>
      </w:r>
    </w:p>
    <w:p>
      <w:pPr>
        <w:pStyle w:val="Heading3"/>
      </w:pPr>
      <w:r>
        <w:t>Réalisation possible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Critères indispensables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Variantes acceptables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Question de relance</w:t>
      </w:r>
    </w:p>
    <w:p>
      <w:r>
        <w:t>....................................................................................................</w:t>
      </w:r>
    </w:p>
    <w:p>
      <w:r>
        <w:t>Exemple fictif : plusieurs formulations d’email sont acceptables si elles répondent à la demande et rendent la prochaine étape claire. Une phrase élégante ne compense pas une information manquante.</w:t>
      </w:r>
    </w:p>
    <w:p>
      <w:r>
        <w:br w:type="page"/>
      </w:r>
    </w:p>
    <w:p>
      <w:pPr>
        <w:pStyle w:val="Subtitle"/>
      </w:pPr>
      <w:r>
        <w:t>FORMATEUR PRO · 13 / 18</w:t>
      </w:r>
    </w:p>
    <w:p>
      <w:pPr>
        <w:pStyle w:val="Heading1"/>
      </w:pPr>
      <w:r>
        <w:t>Faire le retour sur l’activité</w:t>
      </w:r>
    </w:p>
    <w:p>
      <w:r>
        <w:t>Partez de ce qui a été observé dans la réalisation. Le participant doit savoir quoi garder et quoi retravailler.</w:t>
      </w:r>
    </w:p>
    <w:p>
      <w:pPr>
        <w:pStyle w:val="ListBullet"/>
      </w:pPr>
      <w:r>
        <w:t>Demandez au participant d’expliquer son choix ou son raisonnement.</w:t>
      </w:r>
    </w:p>
    <w:p>
      <w:pPr>
        <w:pStyle w:val="ListBullet"/>
      </w:pPr>
      <w:r>
        <w:t>Nommez un point réussi et un point à reprendre en vous appuyant sur les critères.</w:t>
      </w:r>
    </w:p>
    <w:p>
      <w:pPr>
        <w:pStyle w:val="ListBullet"/>
      </w:pPr>
      <w:r>
        <w:t>Prévoyez un nouvel essai lorsque cela aide à progresser.</w:t>
      </w:r>
    </w:p>
    <w:p>
      <w:pPr>
        <w:pStyle w:val="Heading3"/>
      </w:pPr>
      <w:r>
        <w:t>Ce que le participant explique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Point réussi observable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Point à reprendre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Nouvel essai / aide proposée</w:t>
      </w:r>
    </w:p>
    <w:p>
      <w:r>
        <w:t>....................................................................................................</w:t>
      </w:r>
    </w:p>
    <w:p>
      <w:r>
        <w:t>Exemple fictif : « La demande est bien reformulée. Il manque l’action attendue du client. Quelle phrase pourriez-vous ajouter pour la préciser ? »</w:t>
      </w:r>
    </w:p>
    <w:p>
      <w:r>
        <w:br w:type="page"/>
      </w:r>
    </w:p>
    <w:p>
      <w:pPr>
        <w:pStyle w:val="Subtitle"/>
      </w:pPr>
      <w:r>
        <w:t>FORMATEUR PRO · 14 / 18</w:t>
      </w:r>
    </w:p>
    <w:p>
      <w:pPr>
        <w:pStyle w:val="Heading1"/>
      </w:pPr>
      <w:r>
        <w:t>Évaluer les acquis</w:t>
      </w:r>
    </w:p>
    <w:p>
      <w:r>
        <w:t>L’évaluation mesure l’objectif annoncé. Choisissez une tâche suffisamment proche de la situation visée.</w:t>
      </w:r>
    </w:p>
    <w:p>
      <w:pPr>
        <w:pStyle w:val="ListBullet"/>
      </w:pPr>
      <w:r>
        <w:t>Reprenez l’objectif de la page 4 et construisez une consigne qui permet de l’observer.</w:t>
      </w:r>
    </w:p>
    <w:p>
      <w:pPr>
        <w:pStyle w:val="ListBullet"/>
      </w:pPr>
      <w:r>
        <w:t>Précisez les conditions de réalisation et les critères avant l’évaluation.</w:t>
      </w:r>
    </w:p>
    <w:p>
      <w:pPr>
        <w:pStyle w:val="ListBullet"/>
      </w:pPr>
      <w:r>
        <w:t>Consignez le résultat et la suite prévue si un point reste à travailler.</w:t>
      </w:r>
    </w:p>
    <w:p>
      <w:pPr>
        <w:pStyle w:val="Heading3"/>
      </w:pPr>
      <w:r>
        <w:t>Objectif évalué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Consigne et conditions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Critères / résultat observé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Suite pédagogique</w:t>
      </w:r>
    </w:p>
    <w:p>
      <w:r>
        <w:t>....................................................................................................</w:t>
      </w:r>
    </w:p>
    <w:p>
      <w:r>
        <w:t>Exemple fictif : rédiger une réponse à une nouvelle demande, différente de l’exercice. Observer la réponse à la demande, la prochaine étape et l’adaptation du ton.</w:t>
      </w:r>
    </w:p>
    <w:p>
      <w:r>
        <w:br w:type="page"/>
      </w:r>
    </w:p>
    <w:p>
      <w:pPr>
        <w:pStyle w:val="Subtitle"/>
      </w:pPr>
      <w:r>
        <w:t>FORMATEUR PRO · 15 / 18</w:t>
      </w:r>
    </w:p>
    <w:p>
      <w:pPr>
        <w:pStyle w:val="Heading1"/>
      </w:pPr>
      <w:r>
        <w:t>Préparer l’application au travail</w:t>
      </w:r>
    </w:p>
    <w:p>
      <w:r>
        <w:t>Aidez le participant à choisir une première occasion d’utiliser ce qu’il vient de travailler.</w:t>
      </w:r>
    </w:p>
    <w:p>
      <w:pPr>
        <w:pStyle w:val="ListBullet"/>
      </w:pPr>
      <w:r>
        <w:t>Demandez une situation précise dans laquelle la compétence sera utile.</w:t>
      </w:r>
    </w:p>
    <w:p>
      <w:pPr>
        <w:pStyle w:val="ListBullet"/>
      </w:pPr>
      <w:r>
        <w:t>Faites identifier une difficulté possible et une ressource mobilisable.</w:t>
      </w:r>
    </w:p>
    <w:p>
      <w:pPr>
        <w:pStyle w:val="ListBullet"/>
      </w:pPr>
      <w:r>
        <w:t>Définissez un point de suivi si cela fait partie de votre prestation.</w:t>
      </w:r>
    </w:p>
    <w:p>
      <w:pPr>
        <w:pStyle w:val="Heading3"/>
      </w:pPr>
      <w:r>
        <w:t>Ma première occasion de mise en pratique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L’action que je vais essayer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La difficulté possible / mon appui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Le repère qui me montrera une progression</w:t>
      </w:r>
    </w:p>
    <w:p>
      <w:r>
        <w:t>....................................................................................................</w:t>
      </w:r>
    </w:p>
    <w:p>
      <w:r>
        <w:t>Exemple fictif : relire la prochaine réponse client avec la grille, puis comparer la version initiale et la version envoyée. Aucun résultat futur n’est garanti par cet exercice.</w:t>
      </w:r>
    </w:p>
    <w:p>
      <w:r>
        <w:br w:type="page"/>
      </w:r>
    </w:p>
    <w:p>
      <w:pPr>
        <w:pStyle w:val="Subtitle"/>
      </w:pPr>
      <w:r>
        <w:t>FORMATEUR PRO · 16 / 18</w:t>
      </w:r>
    </w:p>
    <w:p>
      <w:pPr>
        <w:pStyle w:val="Heading1"/>
      </w:pPr>
      <w:r>
        <w:t>Recueillir un retour utile</w:t>
      </w:r>
    </w:p>
    <w:p>
      <w:r>
        <w:t>La satisfaction et l’acquisition sont deux informations différentes. Interrogez aussi les conditions d’apprentissage.</w:t>
      </w:r>
    </w:p>
    <w:p>
      <w:pPr>
        <w:pStyle w:val="ListBullet"/>
      </w:pPr>
      <w:r>
        <w:t>Demandez ce qui a aidé le participant et ce qui a freiné son travail.</w:t>
      </w:r>
    </w:p>
    <w:p>
      <w:pPr>
        <w:pStyle w:val="ListBullet"/>
      </w:pPr>
      <w:r>
        <w:t>Laissez un espace pour une suggestion précise.</w:t>
      </w:r>
    </w:p>
    <w:p>
      <w:pPr>
        <w:pStyle w:val="ListBullet"/>
      </w:pPr>
      <w:r>
        <w:t>Choisissez comment analyser et utiliser les retours dans votre organisation.</w:t>
      </w:r>
    </w:p>
    <w:p>
      <w:pPr>
        <w:pStyle w:val="Heading3"/>
      </w:pPr>
      <w:r>
        <w:t>Ce qui m’a aidé à apprendre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Ce qui m’a manqué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Une suggestion concrète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Action envisagée par le formateur</w:t>
      </w:r>
    </w:p>
    <w:p>
      <w:r>
        <w:t>....................................................................................................</w:t>
      </w:r>
    </w:p>
    <w:p>
      <w:r>
        <w:t>Une appréciation positive ne prouve pas à elle seule que l’objectif pédagogique est acquis. Reliez les retours aux observations réalisées pendant la séance.</w:t>
      </w:r>
    </w:p>
    <w:p>
      <w:r>
        <w:br w:type="page"/>
      </w:r>
    </w:p>
    <w:p>
      <w:pPr>
        <w:pStyle w:val="Subtitle"/>
      </w:pPr>
      <w:r>
        <w:t>FORMATEUR PRO · 17 / 18</w:t>
      </w:r>
    </w:p>
    <w:p>
      <w:pPr>
        <w:pStyle w:val="Heading1"/>
      </w:pPr>
      <w:r>
        <w:t>Retrouver les traces utiles</w:t>
      </w:r>
    </w:p>
    <w:p>
      <w:r>
        <w:t>Organisez les éléments qui permettent de retrouver ce qui a été prévu, réalisé et observé.</w:t>
      </w:r>
    </w:p>
    <w:p>
      <w:pPr>
        <w:pStyle w:val="ListBullet"/>
      </w:pPr>
      <w:r>
        <w:t>Identifiez la version du support effectivement utilisée.</w:t>
      </w:r>
    </w:p>
    <w:p>
      <w:pPr>
        <w:pStyle w:val="ListBullet"/>
      </w:pPr>
      <w:r>
        <w:t>Reliez activité, production et évaluation lorsque ces éléments sont conservés.</w:t>
      </w:r>
    </w:p>
    <w:p>
      <w:pPr>
        <w:pStyle w:val="ListBullet"/>
      </w:pPr>
      <w:r>
        <w:t>Définissez vos règles d’accès, de conservation et de suppression selon le contexte ; évitez les données inutiles.</w:t>
      </w:r>
    </w:p>
    <w:p>
      <w:pPr>
        <w:pStyle w:val="Heading3"/>
      </w:pPr>
      <w:r>
        <w:t>Support / version utilisée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Activité et production associée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Évaluation / résultat / suivi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Emplacement / responsable / règles de conservation</w:t>
      </w:r>
    </w:p>
    <w:p>
      <w:r>
        <w:t>....................................................................................................</w:t>
      </w:r>
    </w:p>
    <w:p>
      <w:r>
        <w:t>Cette fiche aide au rangement. Elle ne fixe pas de durée légale de conservation ni de liste universelle de preuves. Vérifiez les règles applicables à votre activité.</w:t>
      </w:r>
    </w:p>
    <w:p>
      <w:r>
        <w:br w:type="page"/>
      </w:r>
    </w:p>
    <w:p>
      <w:pPr>
        <w:pStyle w:val="Subtitle"/>
      </w:pPr>
      <w:r>
        <w:t>FORMATEUR PRO · 18 / 18</w:t>
      </w:r>
    </w:p>
    <w:p>
      <w:pPr>
        <w:pStyle w:val="Heading1"/>
      </w:pPr>
      <w:r>
        <w:t>Vérifier avant diffusion</w:t>
      </w:r>
    </w:p>
    <w:p>
      <w:r>
        <w:t>Faites un dernier passage du point de vue du participant, puis testez les documents dans les conditions prévues.</w:t>
      </w:r>
    </w:p>
    <w:p>
      <w:pPr>
        <w:pStyle w:val="ListBullet"/>
      </w:pPr>
      <w:r>
        <w:t>L’objectif, l’activité et l’évaluation portent sur la même compétence.</w:t>
      </w:r>
    </w:p>
    <w:p>
      <w:pPr>
        <w:pStyle w:val="ListBullet"/>
      </w:pPr>
      <w:r>
        <w:t>Les consignes, liens, fichiers et ressources sont utilisables.</w:t>
      </w:r>
    </w:p>
    <w:p>
      <w:pPr>
        <w:pStyle w:val="ListBullet"/>
      </w:pPr>
      <w:r>
        <w:t>Les adaptations nécessaires sont prévues avec les personnes concernées.</w:t>
      </w:r>
    </w:p>
    <w:p>
      <w:pPr>
        <w:pStyle w:val="ListBullet"/>
      </w:pPr>
      <w:r>
        <w:t>Les exemples fictifs sont identifiés et les données extérieures sont sourcées.</w:t>
      </w:r>
    </w:p>
    <w:p>
      <w:pPr>
        <w:pStyle w:val="ListBullet"/>
      </w:pPr>
      <w:r>
        <w:t>Les corrigés formateur sont retirés de la version participant.</w:t>
      </w:r>
    </w:p>
    <w:p>
      <w:pPr>
        <w:pStyle w:val="ListBullet"/>
      </w:pPr>
      <w:r>
        <w:t>La date, la version et les coordonnées utiles sont renseignées.</w:t>
      </w:r>
    </w:p>
    <w:p>
      <w:pPr>
        <w:pStyle w:val="Heading3"/>
      </w:pPr>
      <w:r>
        <w:t>Dernière vérification par / le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Corrections effectuées</w:t>
      </w:r>
    </w:p>
    <w:p>
      <w:r>
        <w:t>....................................................................................................</w:t>
      </w:r>
    </w:p>
    <w:p>
      <w:pPr>
        <w:pStyle w:val="Heading3"/>
      </w:pPr>
      <w:r>
        <w:t>Version diffusée</w:t>
      </w:r>
    </w:p>
    <w:p>
      <w:r>
        <w:t>....................................................................................................</w:t>
      </w:r>
    </w:p>
    <w:p>
      <w:r>
        <w:t>Trame originale Formateur Pro, version du 6 septembre 2026. Vous pouvez l’adapter à vos formations. Retrouvez nos ressources sur formateurpro.com/modele-support-formation/.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support de formation</dc:title>
  <dc:subject/>
  <dc:creator>Formateur 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